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Arial" w:hAnsi="Arial"/>
          <w:b/>
          <w:i w:val="0"/>
          <w:color w:val="1473D2"/>
          <w:sz w:val="16"/>
        </w:rPr>
        <w:t xml:space="preserve">  SAMPLE TEMPLATE  </w:t>
      </w:r>
    </w:p>
    <w:p>
      <w:pPr>
        <w:spacing w:before="0" w:after="80" w:line="240" w:lineRule="auto"/>
      </w:pPr>
      <w:r>
        <w:drawing>
          <wp:inline xmlns:a="http://schemas.openxmlformats.org/drawingml/2006/main" xmlns:pic="http://schemas.openxmlformats.org/drawingml/2006/picture">
            <wp:extent cx="2808000" cy="783782"/>
            <wp:docPr id="1" name="Picture 1" descr="Harbour Finance logo" title="Harbour Financ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bour-finance-logo-tigh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8000" cy="7837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40" w:lineRule="auto"/>
      </w:pPr>
      <w:r>
        <w:rPr>
          <w:rFonts w:ascii="Arial" w:hAnsi="Arial"/>
          <w:b/>
          <w:i w:val="0"/>
          <w:color w:val="1473D2"/>
          <w:sz w:val="18"/>
        </w:rPr>
        <w:t>VEHICLE FINANCE</w:t>
      </w:r>
    </w:p>
    <w:p>
      <w:pPr>
        <w:spacing w:before="0" w:after="80" w:line="240" w:lineRule="auto"/>
      </w:pPr>
      <w:r>
        <w:rPr>
          <w:rFonts w:ascii="Arial" w:hAnsi="Arial"/>
          <w:b/>
          <w:i w:val="0"/>
          <w:color w:val="0B315F"/>
          <w:sz w:val="54"/>
        </w:rPr>
        <w:t>Loan agreement</w:t>
      </w:r>
    </w:p>
    <w:p>
      <w:pPr>
        <w:spacing w:before="0" w:after="240" w:line="240" w:lineRule="auto"/>
      </w:pPr>
      <w:r>
        <w:rPr>
          <w:rFonts w:ascii="Arial" w:hAnsi="Arial"/>
          <w:b w:val="0"/>
          <w:i w:val="0"/>
          <w:color w:val="617182"/>
          <w:sz w:val="20"/>
        </w:rPr>
        <w:t>Illustrative document template generated from Finsaku agreement data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80"/>
        <w:gridCol w:w="2800"/>
        <w:gridCol w:w="3684"/>
      </w:tblGrid>
      <w:tr>
        <w:tc>
          <w:tcPr>
            <w:tcW w:type="dxa" w:w="3380"/>
            <w:tcMar>
              <w:top w:w="150" w:type="dxa"/>
              <w:start w:w="170" w:type="dxa"/>
              <w:bottom w:w="150" w:type="dxa"/>
              <w:end w:w="170" w:type="dxa"/>
            </w:tcMar>
            <w:shd w:fill="EAF3FB"/>
            <w:tcBorders>
              <w:top w:val="single" w:sz="8" w:color="D8E7F5"/>
              <w:bottom w:val="single" w:sz="8" w:color="D8E7F5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AGREEMENT REFERENCE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23"/>
              </w:rPr>
              <w:t>{{quoteNr}}</w:t>
            </w:r>
          </w:p>
        </w:tc>
        <w:tc>
          <w:tcPr>
            <w:tcW w:type="dxa" w:w="2800"/>
            <w:tcMar>
              <w:top w:w="150" w:type="dxa"/>
              <w:start w:w="170" w:type="dxa"/>
              <w:bottom w:w="150" w:type="dxa"/>
              <w:end w:w="170" w:type="dxa"/>
            </w:tcMar>
            <w:shd w:fill="EAF3FB"/>
            <w:tcBorders>
              <w:top w:val="single" w:sz="8" w:color="D8E7F5"/>
              <w:bottom w:val="single" w:sz="8" w:color="D8E7F5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AGREEMENT DATE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23"/>
              </w:rPr>
              <w:t>{{issueDate}}</w:t>
            </w:r>
          </w:p>
        </w:tc>
        <w:tc>
          <w:tcPr>
            <w:tcW w:type="dxa" w:w="3684"/>
            <w:tcMar>
              <w:top w:w="150" w:type="dxa"/>
              <w:start w:w="170" w:type="dxa"/>
              <w:bottom w:w="150" w:type="dxa"/>
              <w:end w:w="170" w:type="dxa"/>
            </w:tcMar>
            <w:shd w:fill="EAF3FB"/>
            <w:tcBorders>
              <w:top w:val="single" w:sz="8" w:color="D8E7F5"/>
              <w:bottom w:val="single" w:sz="8" w:color="D8E7F5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LENDER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20"/>
              </w:rPr>
              <w:t>{{submitter.fullName}}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{{submitter.address.addressLine1}}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{{submitter.address.addressLine2}}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{{submitter.address.addressLine3}}</w:t>
            </w:r>
          </w:p>
        </w:tc>
      </w:tr>
    </w:tbl>
    <w:p>
      <w:pPr>
        <w:pStyle w:val="Heading1"/>
        <w:spacing w:before="180" w:after="100" w:line="240" w:lineRule="auto"/>
        <w:pBdr>
          <w:bottom w:val="single" w:sz="8" w:space="4" w:color="E3E9EF"/>
        </w:pBdr>
      </w:pPr>
      <w:r>
        <w:rPr>
          <w:rFonts w:ascii="Arial" w:hAnsi="Arial"/>
          <w:b/>
          <w:i w:val="0"/>
          <w:color w:val="0B315F"/>
          <w:sz w:val="26"/>
        </w:rPr>
        <w:t>Borrower details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80"/>
        <w:gridCol w:w="2960"/>
        <w:gridCol w:w="3524"/>
      </w:tblGrid>
      <w:tr>
        <w:tc>
          <w:tcPr>
            <w:tcW w:type="dxa" w:w="3380"/>
            <w:tcMar>
              <w:top w:w="110" w:type="dxa"/>
              <w:start w:w="150" w:type="dxa"/>
              <w:bottom w:w="110" w:type="dxa"/>
              <w:end w:w="150" w:type="dxa"/>
            </w:tcMar>
            <w:shd w:fill="F6F8FA"/>
            <w:tcBorders>
              <w:left w:val="single" w:sz="6" w:color="E3E9EF"/>
              <w:right w:val="single" w:sz="6" w:color="E3E9EF"/>
              <w:top w:val="single" w:sz="6" w:color="E3E9EF"/>
              <w:bottom w:val="single" w:sz="6" w:color="E3E9EF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BORROWER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18"/>
              </w:rPr>
              <w:t>{{contractee.firstName}} {{contractee.lastName}}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Reference {{contractee.code}}</w:t>
            </w:r>
          </w:p>
        </w:tc>
        <w:tc>
          <w:tcPr>
            <w:tcW w:type="dxa" w:w="2960"/>
            <w:tcMar>
              <w:top w:w="110" w:type="dxa"/>
              <w:start w:w="150" w:type="dxa"/>
              <w:bottom w:w="110" w:type="dxa"/>
              <w:end w:w="150" w:type="dxa"/>
            </w:tcMar>
            <w:shd w:fill="F6F8FA"/>
            <w:tcBorders>
              <w:left w:val="single" w:sz="6" w:color="E3E9EF"/>
              <w:right w:val="single" w:sz="6" w:color="E3E9EF"/>
              <w:top w:val="single" w:sz="6" w:color="E3E9EF"/>
              <w:bottom w:val="single" w:sz="6" w:color="E3E9EF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CONTACT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18"/>
              </w:rPr>
              <w:t>{{contractee.contacts.email}}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Mobile {{contractee.contacts.mobile}}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Phone {{contractee.contacts.phone}}</w:t>
            </w:r>
          </w:p>
        </w:tc>
        <w:tc>
          <w:tcPr>
            <w:tcW w:type="dxa" w:w="3524"/>
            <w:tcMar>
              <w:top w:w="110" w:type="dxa"/>
              <w:start w:w="150" w:type="dxa"/>
              <w:bottom w:w="110" w:type="dxa"/>
              <w:end w:w="150" w:type="dxa"/>
            </w:tcMar>
            <w:shd w:fill="F6F8FA"/>
            <w:tcBorders>
              <w:left w:val="single" w:sz="6" w:color="E3E9EF"/>
              <w:right w:val="single" w:sz="6" w:color="E3E9EF"/>
              <w:top w:val="single" w:sz="6" w:color="E3E9EF"/>
              <w:bottom w:val="single" w:sz="6" w:color="E3E9EF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ADDRESS</w:t>
            </w:r>
          </w:p>
          <w:p>
            <w:pPr>
              <w:spacing w:before="0" w:after="4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18"/>
              </w:rPr>
              <w:t>{{contractee.address.addressLine1}}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{{contractee.address.addressLine2}}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{{contractee.address.addressLine3}}</w:t>
            </w:r>
          </w:p>
        </w:tc>
      </w:tr>
    </w:tbl>
    <w:p>
      <w:pPr>
        <w:pStyle w:val="Heading1"/>
        <w:spacing w:before="180" w:after="100" w:line="240" w:lineRule="auto"/>
        <w:pBdr>
          <w:bottom w:val="single" w:sz="8" w:space="4" w:color="E3E9EF"/>
        </w:pBdr>
      </w:pPr>
      <w:r>
        <w:rPr>
          <w:rFonts w:ascii="Arial" w:hAnsi="Arial"/>
          <w:b/>
          <w:i w:val="0"/>
          <w:color w:val="0B315F"/>
          <w:sz w:val="26"/>
        </w:rPr>
        <w:t>Agreement</w:t>
      </w:r>
    </w:p>
    <w:p>
      <w:pPr>
        <w:spacing w:before="0" w:after="120" w:line="269" w:lineRule="auto"/>
      </w:pPr>
      <w:r>
        <w:rPr>
          <w:rFonts w:ascii="Arial" w:hAnsi="Arial"/>
          <w:b w:val="0"/>
          <w:i w:val="0"/>
          <w:color w:val="1E2B38"/>
          <w:sz w:val="21"/>
        </w:rPr>
        <w:t>{{submitter.fullName}} and {{contractee.firstName}} {{contractee.lastName}} agree to the vehicle-finance terms identified by the agreement reference above.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864"/>
      </w:tblGrid>
      <w:tr>
        <w:tc>
          <w:tcPr>
            <w:tcW w:type="dxa" w:w="9864"/>
            <w:tcMar>
              <w:top w:w="110" w:type="dxa"/>
              <w:start w:w="150" w:type="dxa"/>
              <w:bottom w:w="110" w:type="dxa"/>
              <w:end w:w="150" w:type="dxa"/>
            </w:tcMar>
            <w:shd w:fill="F6F8FA"/>
            <w:tcBorders>
              <w:left w:val="single" w:sz="22" w:color="1473D2"/>
            </w:tcBorders>
          </w:tcPr>
          <w:p>
            <w:pPr>
              <w:spacing w:before="0" w:after="0" w:line="252" w:lineRule="auto"/>
            </w:pPr>
            <w:r>
              <w:rPr>
                <w:rFonts w:ascii="Arial" w:hAnsi="Arial"/>
                <w:b/>
                <w:i w:val="0"/>
                <w:color w:val="0B315F"/>
                <w:sz w:val="17"/>
              </w:rPr>
              <w:t xml:space="preserve">Sample wording. </w:t>
            </w:r>
            <w:r>
              <w:rPr>
                <w:rFonts w:ascii="Arial" w:hAnsi="Arial"/>
                <w:b w:val="0"/>
                <w:i w:val="0"/>
                <w:color w:val="617182"/>
                <w:sz w:val="17"/>
              </w:rPr>
              <w:t>Replace it with the organisation's approved contractual terms before use.</w:t>
            </w:r>
          </w:p>
        </w:tc>
      </w:tr>
    </w:tbl>
    <w:p>
      <w:pPr>
        <w:pStyle w:val="Heading1"/>
        <w:spacing w:before="180" w:after="100" w:line="240" w:lineRule="auto"/>
        <w:pBdr>
          <w:bottom w:val="single" w:sz="8" w:space="4" w:color="E3E9EF"/>
        </w:pBdr>
      </w:pPr>
      <w:r>
        <w:rPr>
          <w:rFonts w:ascii="Arial" w:hAnsi="Arial"/>
          <w:b/>
          <w:i w:val="0"/>
          <w:color w:val="0B315F"/>
          <w:sz w:val="26"/>
        </w:rPr>
        <w:t>Vehicle details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105" w:type="dxa"/>
              <w:start w:w="150" w:type="dxa"/>
              <w:bottom w:w="105" w:type="dxa"/>
              <w:end w:w="150" w:type="dxa"/>
            </w:tcMar>
            <w:shd w:fill="F6F8FA"/>
            <w:tcBorders>
              <w:left w:val="single" w:sz="6" w:color="E3E9EF"/>
              <w:right w:val="single" w:sz="6" w:color="E3E9EF"/>
              <w:top w:val="single" w:sz="6" w:color="E3E9EF"/>
              <w:bottom w:val="single" w:sz="6" w:color="E3E9EF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MAKE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23"/>
              </w:rPr>
              <w:t>{{vehicle.make.value}}</w:t>
            </w:r>
          </w:p>
        </w:tc>
        <w:tc>
          <w:tcPr>
            <w:tcW w:type="dxa" w:w="4932"/>
            <w:tcMar>
              <w:top w:w="105" w:type="dxa"/>
              <w:start w:w="150" w:type="dxa"/>
              <w:bottom w:w="105" w:type="dxa"/>
              <w:end w:w="150" w:type="dxa"/>
            </w:tcMar>
            <w:shd w:fill="F6F8FA"/>
            <w:tcBorders>
              <w:left w:val="single" w:sz="6" w:color="E3E9EF"/>
              <w:right w:val="single" w:sz="6" w:color="E3E9EF"/>
              <w:top w:val="single" w:sz="6" w:color="E3E9EF"/>
              <w:bottom w:val="single" w:sz="6" w:color="E3E9EF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MODEL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23"/>
              </w:rPr>
              <w:t>{{vehicle.model}}</w:t>
            </w:r>
          </w:p>
        </w:tc>
      </w:tr>
      <w:tr>
        <w:tc>
          <w:tcPr>
            <w:tcW w:type="dxa" w:w="4932"/>
            <w:tcMar>
              <w:top w:w="105" w:type="dxa"/>
              <w:start w:w="150" w:type="dxa"/>
              <w:bottom w:w="105" w:type="dxa"/>
              <w:end w:w="150" w:type="dxa"/>
            </w:tcMar>
            <w:shd w:fill="FFFFFF"/>
            <w:tcBorders>
              <w:left w:val="single" w:sz="6" w:color="E3E9EF"/>
              <w:right w:val="single" w:sz="6" w:color="E3E9EF"/>
              <w:top w:val="single" w:sz="6" w:color="E3E9EF"/>
              <w:bottom w:val="single" w:sz="6" w:color="E3E9EF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MANUFACTURE YEAR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23"/>
              </w:rPr>
              <w:t>{{vehicle.manufactureYear}}</w:t>
            </w:r>
          </w:p>
        </w:tc>
        <w:tc>
          <w:tcPr>
            <w:tcW w:type="dxa" w:w="4932"/>
            <w:tcMar>
              <w:top w:w="105" w:type="dxa"/>
              <w:start w:w="150" w:type="dxa"/>
              <w:bottom w:w="105" w:type="dxa"/>
              <w:end w:w="150" w:type="dxa"/>
            </w:tcMar>
            <w:shd w:fill="FFFFFF"/>
            <w:tcBorders>
              <w:left w:val="single" w:sz="6" w:color="E3E9EF"/>
              <w:right w:val="single" w:sz="6" w:color="E3E9EF"/>
              <w:top w:val="single" w:sz="6" w:color="E3E9EF"/>
              <w:bottom w:val="single" w:sz="6" w:color="E3E9EF"/>
            </w:tcBorders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/>
                <w:b/>
                <w:i w:val="0"/>
                <w:color w:val="617182"/>
                <w:sz w:val="15"/>
              </w:rPr>
              <w:t>ANNUAL MILEAGE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0B315F"/>
                <w:sz w:val="23"/>
              </w:rPr>
              <w:t>{{vehicle.annualMileage}} km/year</w:t>
            </w:r>
          </w:p>
        </w:tc>
      </w:tr>
    </w:tbl>
    <w:p>
      <w:pPr>
        <w:pStyle w:val="Heading1"/>
        <w:spacing w:before="180" w:after="100" w:line="240" w:lineRule="auto"/>
        <w:pBdr>
          <w:bottom w:val="single" w:sz="8" w:space="4" w:color="E3E9EF"/>
        </w:pBdr>
      </w:pPr>
      <w:r>
        <w:rPr>
          <w:rFonts w:ascii="Arial" w:hAnsi="Arial"/>
          <w:b/>
          <w:i w:val="0"/>
          <w:color w:val="0B315F"/>
          <w:sz w:val="26"/>
        </w:rPr>
        <w:t>Signatures</w:t>
      </w:r>
    </w:p>
    <w:tbl>
      <w:tblPr>
        <w:tblW w:type="dxa" w:w="9864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2"/>
        <w:gridCol w:w="4932"/>
      </w:tblGrid>
      <w:tr>
        <w:tc>
          <w:tcPr>
            <w:tcW w:type="dxa" w:w="4932"/>
            <w:tcMar>
              <w:top w:w="105" w:type="dxa"/>
              <w:start w:w="80" w:type="dxa"/>
              <w:bottom w:w="80" w:type="dxa"/>
              <w:end w:w="220" w:type="dxa"/>
            </w:tcMar>
          </w:tcPr>
          <w:p>
            <w:pPr>
              <w:spacing w:before="0" w:after="320" w:line="240" w:lineRule="auto"/>
            </w:pPr>
            <w:r>
              <w:rPr>
                <w:rFonts w:ascii="Arial" w:hAnsi="Arial"/>
                <w:b/>
                <w:i w:val="0"/>
                <w:color w:val="1473D2"/>
                <w:sz w:val="16"/>
              </w:rPr>
              <w:t>BORROWER</w:t>
            </w:r>
          </w:p>
          <w:p>
            <w:pPr>
              <w:spacing w:before="0" w:after="100" w:line="240" w:lineRule="auto"/>
              <w:pBdr>
                <w:bottom w:val="single" w:sz="7" w:space="1" w:color="617182"/>
              </w:pBdr>
            </w:pPr>
          </w:p>
          <w:p>
            <w:pPr>
              <w:spacing w:before="0" w:after="20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Signature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E2B38"/>
                <w:sz w:val="16"/>
              </w:rPr>
              <w:t>Name: ____________________     Date: __________</w:t>
            </w:r>
          </w:p>
        </w:tc>
        <w:tc>
          <w:tcPr>
            <w:tcW w:type="dxa" w:w="4932"/>
            <w:tcMar>
              <w:top w:w="105" w:type="dxa"/>
              <w:start w:w="220" w:type="dxa"/>
              <w:bottom w:w="80" w:type="dxa"/>
              <w:end w:w="80" w:type="dxa"/>
            </w:tcMar>
          </w:tcPr>
          <w:p>
            <w:pPr>
              <w:spacing w:before="0" w:after="320" w:line="240" w:lineRule="auto"/>
            </w:pPr>
            <w:r>
              <w:rPr>
                <w:rFonts w:ascii="Arial" w:hAnsi="Arial"/>
                <w:b/>
                <w:i w:val="0"/>
                <w:color w:val="1473D2"/>
                <w:sz w:val="16"/>
              </w:rPr>
              <w:t>FOR {{submitter.fullName}}</w:t>
            </w:r>
          </w:p>
          <w:p>
            <w:pPr>
              <w:spacing w:before="0" w:after="100" w:line="240" w:lineRule="auto"/>
              <w:pBdr>
                <w:bottom w:val="single" w:sz="7" w:space="1" w:color="617182"/>
              </w:pBdr>
            </w:pPr>
          </w:p>
          <w:p>
            <w:pPr>
              <w:spacing w:before="0" w:after="200" w:line="240" w:lineRule="auto"/>
            </w:pPr>
            <w:r>
              <w:rPr>
                <w:rFonts w:ascii="Arial" w:hAnsi="Arial"/>
                <w:b w:val="0"/>
                <w:i w:val="0"/>
                <w:color w:val="617182"/>
                <w:sz w:val="15"/>
              </w:rPr>
              <w:t>Signature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E2B38"/>
                <w:sz w:val="16"/>
              </w:rPr>
              <w:t>Name: ____________________     Date: __________</w:t>
            </w:r>
          </w:p>
        </w:tc>
      </w:tr>
    </w:tbl>
    <w:p>
      <w:r>
        <w:br w:type="page"/>
      </w:r>
    </w:p>
    <w:p>
      <w:pPr>
        <w:spacing w:before="100" w:after="40" w:line="240" w:lineRule="auto"/>
      </w:pPr>
      <w:r>
        <w:rPr>
          <w:rFonts w:ascii="Arial" w:hAnsi="Arial"/>
          <w:b/>
          <w:i w:val="0"/>
          <w:color w:val="1473D2"/>
          <w:sz w:val="18"/>
        </w:rPr>
        <w:t>ADDENDUM A</w:t>
      </w:r>
    </w:p>
    <w:p>
      <w:pPr>
        <w:spacing w:before="0" w:after="80" w:line="240" w:lineRule="auto"/>
      </w:pPr>
      <w:r>
        <w:rPr>
          <w:rFonts w:ascii="Arial" w:hAnsi="Arial"/>
          <w:b/>
          <w:i w:val="0"/>
          <w:color w:val="0B315F"/>
          <w:sz w:val="54"/>
        </w:rPr>
        <w:t>Repayment schedule</w:t>
      </w:r>
    </w:p>
    <w:p>
      <w:pPr>
        <w:spacing w:before="0" w:after="280" w:line="240" w:lineRule="auto"/>
      </w:pPr>
      <w:r>
        <w:rPr>
          <w:rFonts w:ascii="Arial" w:hAnsi="Arial"/>
          <w:b w:val="0"/>
          <w:i w:val="0"/>
          <w:color w:val="617182"/>
          <w:sz w:val="20"/>
        </w:rPr>
        <w:t>Loan agreement {{quoteNr}}  |  Agreement date {{issueDate}}</w:t>
      </w:r>
    </w:p>
    <w:p>
      <w:pPr>
        <w:spacing w:before="0" w:after="200" w:line="269" w:lineRule="auto"/>
      </w:pPr>
      <w:r>
        <w:rPr>
          <w:rFonts w:ascii="Arial" w:hAnsi="Arial"/>
          <w:b w:val="0"/>
          <w:i w:val="0"/>
          <w:color w:val="1E2B38"/>
          <w:sz w:val="21"/>
        </w:rPr>
        <w:t>This repayment schedule is Addendum A to the loan agreement identified above.</w:t>
      </w:r>
    </w:p>
    <w:p>
      <w:pPr>
        <w:spacing w:before="0" w:after="100" w:line="252" w:lineRule="auto"/>
      </w:pPr>
      <w:r>
        <w:rPr>
          <w:rFonts w:ascii="Arial" w:hAnsi="Arial"/>
          <w:b w:val="0"/>
          <w:i/>
          <w:color w:val="617182"/>
          <w:sz w:val="17"/>
        </w:rPr>
        <w:t>The template row below repeats for each instalment returned by the payment schedule.</w:t>
      </w:r>
    </w:p>
    <w:tbl>
      <w:tblPr>
        <w:tblW w:type="dxa" w:w="9864"/>
        <w:tblLayout w:type="fixed"/>
        <w:tblLook w:firstColumn="1" w:firstRow="1" w:lastColumn="0" w:lastRow="0" w:noHBand="0" w:noVBand="1" w:val="04A0"/>
        <w:jc w:val="left"/>
        <w:tblInd w:w="0" w:type="dxa"/>
      </w:tblPr>
      <w:tblGrid>
        <w:gridCol w:w="1750"/>
        <w:gridCol w:w="2000"/>
        <w:gridCol w:w="1900"/>
        <w:gridCol w:w="1700"/>
        <w:gridCol w:w="2514"/>
      </w:tblGrid>
      <w:tr>
        <w:trPr>
          <w:tblHeader w:val="true"/>
        </w:trPr>
        <w:tc>
          <w:tcPr>
            <w:tcW w:type="dxa" w:w="1750"/>
            <w:tcMar>
              <w:top w:w="125" w:type="dxa"/>
              <w:start w:w="150" w:type="dxa"/>
              <w:bottom w:w="125" w:type="dxa"/>
              <w:end w:w="150" w:type="dxa"/>
            </w:tcMar>
            <w:vAlign w:val="center"/>
            <w:shd w:fill="0B315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Instalment</w:t>
            </w:r>
          </w:p>
        </w:tc>
        <w:tc>
          <w:tcPr>
            <w:tcW w:type="dxa" w:w="2000"/>
            <w:tcMar>
              <w:top w:w="125" w:type="dxa"/>
              <w:start w:w="150" w:type="dxa"/>
              <w:bottom w:w="125" w:type="dxa"/>
              <w:end w:w="150" w:type="dxa"/>
            </w:tcMar>
            <w:vAlign w:val="center"/>
            <w:shd w:fill="0B315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type="dxa" w:w="1900"/>
            <w:tcMar>
              <w:top w:w="125" w:type="dxa"/>
              <w:start w:w="150" w:type="dxa"/>
              <w:bottom w:w="125" w:type="dxa"/>
              <w:end w:w="150" w:type="dxa"/>
            </w:tcMar>
            <w:vAlign w:val="center"/>
            <w:shd w:fill="0B315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Principal</w:t>
            </w:r>
          </w:p>
        </w:tc>
        <w:tc>
          <w:tcPr>
            <w:tcW w:type="dxa" w:w="1700"/>
            <w:tcMar>
              <w:top w:w="125" w:type="dxa"/>
              <w:start w:w="150" w:type="dxa"/>
              <w:bottom w:w="125" w:type="dxa"/>
              <w:end w:w="150" w:type="dxa"/>
            </w:tcMar>
            <w:vAlign w:val="center"/>
            <w:shd w:fill="0B315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Interest</w:t>
            </w:r>
          </w:p>
        </w:tc>
        <w:tc>
          <w:tcPr>
            <w:tcW w:type="dxa" w:w="2514"/>
            <w:tcMar>
              <w:top w:w="125" w:type="dxa"/>
              <w:start w:w="150" w:type="dxa"/>
              <w:bottom w:w="125" w:type="dxa"/>
              <w:end w:w="150" w:type="dxa"/>
            </w:tcMar>
            <w:vAlign w:val="center"/>
            <w:shd w:fill="0B315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FFFFFF"/>
                <w:sz w:val="18"/>
              </w:rPr>
              <w:t>Payment amount</w:t>
            </w:r>
          </w:p>
        </w:tc>
      </w:tr>
      <w:tr>
        <w:tc>
          <w:tcPr>
            <w:tcW w:type="dxa" w:w="1750"/>
            <w:tcMar>
              <w:top w:w="145" w:type="dxa"/>
              <w:start w:w="150" w:type="dxa"/>
              <w:bottom w:w="145" w:type="dxa"/>
              <w:end w:w="150" w:type="dxa"/>
            </w:tcMar>
            <w:vAlign w:val="center"/>
            <w:shd w:fill="FFFFFF"/>
            <w:tcBorders>
              <w:left w:val="single" w:sz="6" w:color="E3E9EF"/>
              <w:right w:val="single" w:sz="6" w:color="E3E9EF"/>
              <w:bottom w:val="single" w:sz="6" w:color="E3E9EF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E2B38"/>
                <w:sz w:val="15"/>
              </w:rPr>
              <w:t>{{#paymentSchedule}} {{installmentNr}}</w:t>
            </w:r>
          </w:p>
        </w:tc>
        <w:tc>
          <w:tcPr>
            <w:tcW w:type="dxa" w:w="2000"/>
            <w:tcMar>
              <w:top w:w="145" w:type="dxa"/>
              <w:start w:w="150" w:type="dxa"/>
              <w:bottom w:w="145" w:type="dxa"/>
              <w:end w:w="150" w:type="dxa"/>
            </w:tcMar>
            <w:vAlign w:val="center"/>
            <w:shd w:fill="FFFFFF"/>
            <w:tcBorders>
              <w:left w:val="single" w:sz="6" w:color="E3E9EF"/>
              <w:right w:val="single" w:sz="6" w:color="E3E9EF"/>
              <w:bottom w:val="single" w:sz="6" w:color="E3E9EF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E2B38"/>
                <w:sz w:val="15"/>
              </w:rPr>
              <w:t>{{dueDate}}</w:t>
            </w:r>
          </w:p>
        </w:tc>
        <w:tc>
          <w:tcPr>
            <w:tcW w:type="dxa" w:w="1900"/>
            <w:tcMar>
              <w:top w:w="145" w:type="dxa"/>
              <w:start w:w="150" w:type="dxa"/>
              <w:bottom w:w="145" w:type="dxa"/>
              <w:end w:w="150" w:type="dxa"/>
            </w:tcMar>
            <w:vAlign w:val="center"/>
            <w:shd w:fill="FFFFFF"/>
            <w:tcBorders>
              <w:left w:val="single" w:sz="6" w:color="E3E9EF"/>
              <w:right w:val="single" w:sz="6" w:color="E3E9EF"/>
              <w:bottom w:val="single" w:sz="6" w:color="E3E9EF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E2B38"/>
                <w:sz w:val="15"/>
              </w:rPr>
              <w:t>{{lines.principal}}</w:t>
            </w:r>
          </w:p>
        </w:tc>
        <w:tc>
          <w:tcPr>
            <w:tcW w:type="dxa" w:w="1700"/>
            <w:tcMar>
              <w:top w:w="145" w:type="dxa"/>
              <w:start w:w="150" w:type="dxa"/>
              <w:bottom w:w="145" w:type="dxa"/>
              <w:end w:w="150" w:type="dxa"/>
            </w:tcMar>
            <w:vAlign w:val="center"/>
            <w:shd w:fill="FFFFFF"/>
            <w:tcBorders>
              <w:left w:val="single" w:sz="6" w:color="E3E9EF"/>
              <w:right w:val="single" w:sz="6" w:color="E3E9EF"/>
              <w:bottom w:val="single" w:sz="6" w:color="E3E9EF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E2B38"/>
                <w:sz w:val="15"/>
              </w:rPr>
              <w:t>{{lines.interest}}</w:t>
            </w:r>
          </w:p>
        </w:tc>
        <w:tc>
          <w:tcPr>
            <w:tcW w:type="dxa" w:w="2514"/>
            <w:tcMar>
              <w:top w:w="145" w:type="dxa"/>
              <w:start w:w="150" w:type="dxa"/>
              <w:bottom w:w="145" w:type="dxa"/>
              <w:end w:w="150" w:type="dxa"/>
            </w:tcMar>
            <w:vAlign w:val="center"/>
            <w:shd w:fill="FFFFFF"/>
            <w:tcBorders>
              <w:left w:val="single" w:sz="6" w:color="E3E9EF"/>
              <w:right w:val="single" w:sz="6" w:color="E3E9EF"/>
              <w:bottom w:val="single" w:sz="6" w:color="E3E9EF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E2B38"/>
                <w:sz w:val="15"/>
              </w:rPr>
              <w:t>{{amount}} {{/paymentSchedule}}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50" w:right="1020" w:bottom="850" w:left="1020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808" w:val="right"/>
      </w:tabs>
      <w:spacing w:before="0" w:after="0" w:line="240" w:lineRule="auto"/>
      <w:jc w:val="left"/>
      <w:pBdr>
        <w:bottom w:val="single" w:sz="8" w:space="5" w:color="E3E9EF"/>
      </w:pBdr>
    </w:pPr>
    <w:r>
      <w:rPr>
        <w:rFonts w:ascii="Arial" w:hAnsi="Arial"/>
        <w:b w:val="0"/>
        <w:i w:val="0"/>
        <w:color w:val="617182"/>
        <w:sz w:val="14"/>
      </w:rPr>
      <w:t>{{submitter.fullName}}  |  {{submitter.address.addressLine1}}  |  Sample document</w:t>
    </w:r>
    <w:r>
      <w:tab/>
    </w:r>
    <w:r>
      <w:rPr>
        <w:rFonts w:ascii="Arial" w:hAnsi="Arial"/>
        <w:b w:val="0"/>
        <w:i w:val="0"/>
        <w:color w:val="617182"/>
        <w:sz w:val="14"/>
      </w:rPr>
      <w:t xml:space="preserve">Page </w:t>
      <w:fldChar w:fldCharType="begin"/>
      <w:instrText xml:space="preserve">PAGE</w:instrText>
      <w:fldChar w:fldCharType="separate"/>
      <w:t>1</w:t>
      <w:fldChar w:fldCharType="end"/>
    </w:r>
    <w:r>
      <w:rPr>
        <w:rFonts w:ascii="Arial" w:hAnsi="Arial"/>
        <w:b w:val="0"/>
        <w:i w:val="0"/>
        <w:color w:val="617182"/>
        <w:sz w:val="14"/>
      </w:rPr>
      <w:t xml:space="preserve"> of </w:t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right"/>
    </w:pPr>
    <w:r>
      <w:rPr>
        <w:rFonts w:ascii="Arial" w:hAnsi="Arial"/>
        <w:b/>
        <w:i w:val="0"/>
        <w:color w:val="617182"/>
        <w:sz w:val="15"/>
      </w:rPr>
      <w:t>HARBOUR FINANCE  |  VEHICLE FINANCE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1E2B3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315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315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0B315F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Harbour Finance sample loan agreement</dc:title>
  <dc:subject>Illustrative vehicle-finance agreement template for Finsaku</dc:subject>
  <dc:creator>Harbour Finance Ltd</dc:creator>
  <cp:keywords>Harbour Finance, Finsaku, loan agreement, sample template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